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C0E0F" w14:textId="77777777" w:rsidR="00B06511" w:rsidRDefault="00B06511" w:rsidP="1F0FBCFF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B702C1D" w14:textId="2C40F5A2" w:rsidR="008911DE" w:rsidRDefault="1F0FBCFF" w:rsidP="1F0FBCFF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1F0FBCFF">
        <w:rPr>
          <w:rFonts w:ascii="Arial" w:eastAsia="Arial" w:hAnsi="Arial" w:cs="Arial"/>
          <w:b/>
          <w:bCs/>
          <w:sz w:val="24"/>
          <w:szCs w:val="24"/>
        </w:rPr>
        <w:t>ANEXO I - FORMULÁRIO DE MANIFESTAÇÃO DE INTERESSE (ÓRGÃO PARTICIPANTE)</w:t>
      </w:r>
    </w:p>
    <w:p w14:paraId="5004C121" w14:textId="77777777" w:rsidR="008911DE" w:rsidRDefault="1F0FBCFF" w:rsidP="1F0FBCFF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1F0FBCFF">
        <w:rPr>
          <w:rFonts w:ascii="Arial" w:eastAsia="Arial" w:hAnsi="Arial" w:cs="Arial"/>
          <w:b/>
          <w:bCs/>
          <w:sz w:val="24"/>
          <w:szCs w:val="24"/>
        </w:rPr>
        <w:t>Intenção de Registro de Preços - SRP (Sistema Integrado de Ensino)</w:t>
      </w:r>
    </w:p>
    <w:p w14:paraId="0ED01106" w14:textId="77777777" w:rsidR="008911DE" w:rsidRDefault="1F0FBCFF" w:rsidP="00D90FEA">
      <w:pPr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1F0FBCFF">
        <w:rPr>
          <w:rFonts w:ascii="Arial" w:eastAsia="Arial" w:hAnsi="Arial" w:cs="Arial"/>
          <w:sz w:val="24"/>
          <w:szCs w:val="24"/>
        </w:rPr>
        <w:t>Este formulário deve ser preenchido e assinado pela autoridade competente do órgão/entidade interessada e encaminhado juntamente com a Planilha de Quantidades (Anexo II) e demais documentos exigidos no Aviso de IRP.</w:t>
      </w:r>
    </w:p>
    <w:p w14:paraId="6E7FC91D" w14:textId="77777777" w:rsidR="008911DE" w:rsidRDefault="1F0FBCFF" w:rsidP="1F0FBCFF">
      <w:pPr>
        <w:pStyle w:val="Ttulo1"/>
        <w:rPr>
          <w:rFonts w:ascii="Arial" w:eastAsia="Arial" w:hAnsi="Arial" w:cs="Arial"/>
          <w:color w:val="auto"/>
          <w:sz w:val="24"/>
          <w:szCs w:val="24"/>
        </w:rPr>
      </w:pPr>
      <w:r w:rsidRPr="1F0FBCFF">
        <w:rPr>
          <w:rFonts w:ascii="Arial" w:eastAsia="Arial" w:hAnsi="Arial" w:cs="Arial"/>
          <w:color w:val="auto"/>
          <w:sz w:val="24"/>
          <w:szCs w:val="24"/>
        </w:rPr>
        <w:t>A) Identificação do órgão/entidade interessada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02"/>
        <w:gridCol w:w="5669"/>
      </w:tblGrid>
      <w:tr w:rsidR="008911DE" w14:paraId="3DAFA3B1" w14:textId="77777777" w:rsidTr="1F0FBCFF">
        <w:trPr>
          <w:jc w:val="center"/>
        </w:trPr>
        <w:tc>
          <w:tcPr>
            <w:tcW w:w="3402" w:type="dxa"/>
            <w:vAlign w:val="center"/>
          </w:tcPr>
          <w:p w14:paraId="5CBF4B1F" w14:textId="77777777" w:rsidR="008911DE" w:rsidRDefault="1F0FBCFF" w:rsidP="1F0FBCFF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1F0FBC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>Órgão/Entidade</w:t>
            </w:r>
          </w:p>
        </w:tc>
        <w:tc>
          <w:tcPr>
            <w:tcW w:w="5669" w:type="dxa"/>
            <w:vAlign w:val="center"/>
          </w:tcPr>
          <w:p w14:paraId="7B1732A8" w14:textId="77777777" w:rsidR="008911DE" w:rsidRDefault="1F0FBCFF" w:rsidP="1F0FBCF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1F0FBCFF">
              <w:rPr>
                <w:rFonts w:ascii="Arial" w:eastAsia="Arial" w:hAnsi="Arial" w:cs="Arial"/>
                <w:sz w:val="24"/>
                <w:szCs w:val="24"/>
              </w:rPr>
              <w:t>[preencher]</w:t>
            </w:r>
          </w:p>
        </w:tc>
      </w:tr>
      <w:tr w:rsidR="008911DE" w14:paraId="0B2CCE46" w14:textId="77777777" w:rsidTr="1F0FBCFF">
        <w:trPr>
          <w:jc w:val="center"/>
        </w:trPr>
        <w:tc>
          <w:tcPr>
            <w:tcW w:w="3402" w:type="dxa"/>
            <w:vAlign w:val="center"/>
          </w:tcPr>
          <w:p w14:paraId="7AE4961B" w14:textId="77777777" w:rsidR="008911DE" w:rsidRDefault="1F0FBCFF" w:rsidP="1F0FBCFF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1F0FBC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CNPJ</w:t>
            </w:r>
          </w:p>
        </w:tc>
        <w:tc>
          <w:tcPr>
            <w:tcW w:w="5669" w:type="dxa"/>
            <w:vAlign w:val="center"/>
          </w:tcPr>
          <w:p w14:paraId="04DA406E" w14:textId="77777777" w:rsidR="008911DE" w:rsidRDefault="1F0FBCFF" w:rsidP="1F0FBCF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1F0FBCFF">
              <w:rPr>
                <w:rFonts w:ascii="Arial" w:eastAsia="Arial" w:hAnsi="Arial" w:cs="Arial"/>
                <w:sz w:val="24"/>
                <w:szCs w:val="24"/>
              </w:rPr>
              <w:t>[preencher]</w:t>
            </w:r>
          </w:p>
        </w:tc>
      </w:tr>
      <w:tr w:rsidR="008911DE" w14:paraId="30AB2F7C" w14:textId="77777777" w:rsidTr="1F0FBCFF">
        <w:trPr>
          <w:jc w:val="center"/>
        </w:trPr>
        <w:tc>
          <w:tcPr>
            <w:tcW w:w="3402" w:type="dxa"/>
            <w:vAlign w:val="center"/>
          </w:tcPr>
          <w:p w14:paraId="1E36F23A" w14:textId="77777777" w:rsidR="008911DE" w:rsidRDefault="1F0FBCFF" w:rsidP="1F0FBCFF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1F0FBC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>Esfera</w:t>
            </w:r>
          </w:p>
        </w:tc>
        <w:tc>
          <w:tcPr>
            <w:tcW w:w="5669" w:type="dxa"/>
            <w:vAlign w:val="center"/>
          </w:tcPr>
          <w:p w14:paraId="2E132D37" w14:textId="77777777" w:rsidR="008911DE" w:rsidRDefault="1F0FBCFF" w:rsidP="1F0FBCFF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1F0FBCFF">
              <w:rPr>
                <w:rFonts w:ascii="Arial" w:eastAsia="Arial" w:hAnsi="Arial" w:cs="Arial"/>
                <w:sz w:val="24"/>
                <w:szCs w:val="24"/>
              </w:rPr>
              <w:t>[ ]</w:t>
            </w:r>
            <w:proofErr w:type="gramEnd"/>
            <w:r w:rsidRPr="1F0FBCFF">
              <w:rPr>
                <w:rFonts w:ascii="Arial" w:eastAsia="Arial" w:hAnsi="Arial" w:cs="Arial"/>
                <w:sz w:val="24"/>
                <w:szCs w:val="24"/>
              </w:rPr>
              <w:t xml:space="preserve"> Federal</w:t>
            </w:r>
            <w:proofErr w:type="gramStart"/>
            <w:r w:rsidRPr="1F0FBCFF">
              <w:rPr>
                <w:rFonts w:ascii="Arial" w:eastAsia="Arial" w:hAnsi="Arial" w:cs="Arial"/>
                <w:sz w:val="24"/>
                <w:szCs w:val="24"/>
              </w:rPr>
              <w:t xml:space="preserve">   [</w:t>
            </w:r>
            <w:proofErr w:type="gramEnd"/>
            <w:r w:rsidRPr="1F0FBCFF">
              <w:rPr>
                <w:rFonts w:ascii="Arial" w:eastAsia="Arial" w:hAnsi="Arial" w:cs="Arial"/>
                <w:sz w:val="24"/>
                <w:szCs w:val="24"/>
              </w:rPr>
              <w:t xml:space="preserve"> ] Estadual</w:t>
            </w:r>
            <w:proofErr w:type="gramStart"/>
            <w:r w:rsidRPr="1F0FBCFF">
              <w:rPr>
                <w:rFonts w:ascii="Arial" w:eastAsia="Arial" w:hAnsi="Arial" w:cs="Arial"/>
                <w:sz w:val="24"/>
                <w:szCs w:val="24"/>
              </w:rPr>
              <w:t xml:space="preserve">   [</w:t>
            </w:r>
            <w:proofErr w:type="gramEnd"/>
            <w:r w:rsidRPr="1F0FBCFF">
              <w:rPr>
                <w:rFonts w:ascii="Arial" w:eastAsia="Arial" w:hAnsi="Arial" w:cs="Arial"/>
                <w:sz w:val="24"/>
                <w:szCs w:val="24"/>
              </w:rPr>
              <w:t xml:space="preserve"> ] Distrital</w:t>
            </w:r>
            <w:proofErr w:type="gramStart"/>
            <w:r w:rsidRPr="1F0FBCFF">
              <w:rPr>
                <w:rFonts w:ascii="Arial" w:eastAsia="Arial" w:hAnsi="Arial" w:cs="Arial"/>
                <w:sz w:val="24"/>
                <w:szCs w:val="24"/>
              </w:rPr>
              <w:t xml:space="preserve">   [</w:t>
            </w:r>
            <w:proofErr w:type="gramEnd"/>
            <w:r w:rsidRPr="1F0FBCFF">
              <w:rPr>
                <w:rFonts w:ascii="Arial" w:eastAsia="Arial" w:hAnsi="Arial" w:cs="Arial"/>
                <w:sz w:val="24"/>
                <w:szCs w:val="24"/>
              </w:rPr>
              <w:t xml:space="preserve"> ] Municipal</w:t>
            </w:r>
          </w:p>
        </w:tc>
      </w:tr>
      <w:tr w:rsidR="008911DE" w14:paraId="22D14CF8" w14:textId="77777777" w:rsidTr="1F0FBCFF">
        <w:trPr>
          <w:jc w:val="center"/>
        </w:trPr>
        <w:tc>
          <w:tcPr>
            <w:tcW w:w="3402" w:type="dxa"/>
            <w:vAlign w:val="center"/>
          </w:tcPr>
          <w:p w14:paraId="6C3D7437" w14:textId="77777777" w:rsidR="008911DE" w:rsidRDefault="1F0FBCFF" w:rsidP="1F0FBCFF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1F0FBC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>Natureza</w:t>
            </w:r>
          </w:p>
        </w:tc>
        <w:tc>
          <w:tcPr>
            <w:tcW w:w="5669" w:type="dxa"/>
            <w:vAlign w:val="center"/>
          </w:tcPr>
          <w:p w14:paraId="1A5572DD" w14:textId="77777777" w:rsidR="008911DE" w:rsidRDefault="1F0FBCFF" w:rsidP="1F0FBCFF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1F0FBCFF">
              <w:rPr>
                <w:rFonts w:ascii="Arial" w:eastAsia="Arial" w:hAnsi="Arial" w:cs="Arial"/>
                <w:sz w:val="24"/>
                <w:szCs w:val="24"/>
              </w:rPr>
              <w:t>[ ]</w:t>
            </w:r>
            <w:proofErr w:type="gramEnd"/>
            <w:r w:rsidRPr="1F0FBCFF">
              <w:rPr>
                <w:rFonts w:ascii="Arial" w:eastAsia="Arial" w:hAnsi="Arial" w:cs="Arial"/>
                <w:sz w:val="24"/>
                <w:szCs w:val="24"/>
              </w:rPr>
              <w:t xml:space="preserve"> Administração Direta</w:t>
            </w:r>
            <w:proofErr w:type="gramStart"/>
            <w:r w:rsidRPr="1F0FBCFF">
              <w:rPr>
                <w:rFonts w:ascii="Arial" w:eastAsia="Arial" w:hAnsi="Arial" w:cs="Arial"/>
                <w:sz w:val="24"/>
                <w:szCs w:val="24"/>
              </w:rPr>
              <w:t xml:space="preserve">   [</w:t>
            </w:r>
            <w:proofErr w:type="gramEnd"/>
            <w:r w:rsidRPr="1F0FBCFF">
              <w:rPr>
                <w:rFonts w:ascii="Arial" w:eastAsia="Arial" w:hAnsi="Arial" w:cs="Arial"/>
                <w:sz w:val="24"/>
                <w:szCs w:val="24"/>
              </w:rPr>
              <w:t xml:space="preserve"> ] Autarquia</w:t>
            </w:r>
            <w:proofErr w:type="gramStart"/>
            <w:r w:rsidRPr="1F0FBCFF">
              <w:rPr>
                <w:rFonts w:ascii="Arial" w:eastAsia="Arial" w:hAnsi="Arial" w:cs="Arial"/>
                <w:sz w:val="24"/>
                <w:szCs w:val="24"/>
              </w:rPr>
              <w:t xml:space="preserve">   [</w:t>
            </w:r>
            <w:proofErr w:type="gramEnd"/>
            <w:r w:rsidRPr="1F0FBCFF">
              <w:rPr>
                <w:rFonts w:ascii="Arial" w:eastAsia="Arial" w:hAnsi="Arial" w:cs="Arial"/>
                <w:sz w:val="24"/>
                <w:szCs w:val="24"/>
              </w:rPr>
              <w:t xml:space="preserve"> ] Fundação</w:t>
            </w:r>
            <w:proofErr w:type="gramStart"/>
            <w:r w:rsidRPr="1F0FBCFF">
              <w:rPr>
                <w:rFonts w:ascii="Arial" w:eastAsia="Arial" w:hAnsi="Arial" w:cs="Arial"/>
                <w:sz w:val="24"/>
                <w:szCs w:val="24"/>
              </w:rPr>
              <w:t xml:space="preserve">   [</w:t>
            </w:r>
            <w:proofErr w:type="gramEnd"/>
            <w:r w:rsidRPr="1F0FBCFF">
              <w:rPr>
                <w:rFonts w:ascii="Arial" w:eastAsia="Arial" w:hAnsi="Arial" w:cs="Arial"/>
                <w:sz w:val="24"/>
                <w:szCs w:val="24"/>
              </w:rPr>
              <w:t xml:space="preserve"> ] Empresa estatal dependente</w:t>
            </w:r>
            <w:proofErr w:type="gramStart"/>
            <w:r w:rsidRPr="1F0FBCFF">
              <w:rPr>
                <w:rFonts w:ascii="Arial" w:eastAsia="Arial" w:hAnsi="Arial" w:cs="Arial"/>
                <w:sz w:val="24"/>
                <w:szCs w:val="24"/>
              </w:rPr>
              <w:t xml:space="preserve">   [</w:t>
            </w:r>
            <w:proofErr w:type="gramEnd"/>
            <w:r w:rsidRPr="1F0FBCFF">
              <w:rPr>
                <w:rFonts w:ascii="Arial" w:eastAsia="Arial" w:hAnsi="Arial" w:cs="Arial"/>
                <w:sz w:val="24"/>
                <w:szCs w:val="24"/>
              </w:rPr>
              <w:t xml:space="preserve"> ] Consórcio público</w:t>
            </w:r>
            <w:proofErr w:type="gramStart"/>
            <w:r w:rsidRPr="1F0FBCFF">
              <w:rPr>
                <w:rFonts w:ascii="Arial" w:eastAsia="Arial" w:hAnsi="Arial" w:cs="Arial"/>
                <w:sz w:val="24"/>
                <w:szCs w:val="24"/>
              </w:rPr>
              <w:t xml:space="preserve">   [</w:t>
            </w:r>
            <w:proofErr w:type="gramEnd"/>
            <w:r w:rsidRPr="1F0FBCFF">
              <w:rPr>
                <w:rFonts w:ascii="Arial" w:eastAsia="Arial" w:hAnsi="Arial" w:cs="Arial"/>
                <w:sz w:val="24"/>
                <w:szCs w:val="24"/>
              </w:rPr>
              <w:t xml:space="preserve"> ] Outra: ____</w:t>
            </w:r>
          </w:p>
        </w:tc>
      </w:tr>
      <w:tr w:rsidR="008911DE" w14:paraId="6BBC8378" w14:textId="77777777" w:rsidTr="1F0FBCFF">
        <w:trPr>
          <w:jc w:val="center"/>
        </w:trPr>
        <w:tc>
          <w:tcPr>
            <w:tcW w:w="3402" w:type="dxa"/>
            <w:vAlign w:val="center"/>
          </w:tcPr>
          <w:p w14:paraId="3B80F671" w14:textId="77777777" w:rsidR="008911DE" w:rsidRDefault="1F0FBCFF" w:rsidP="1F0FBCFF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1F0FBC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>UF/Município</w:t>
            </w:r>
          </w:p>
        </w:tc>
        <w:tc>
          <w:tcPr>
            <w:tcW w:w="5669" w:type="dxa"/>
            <w:vAlign w:val="center"/>
          </w:tcPr>
          <w:p w14:paraId="77988A49" w14:textId="77777777" w:rsidR="008911DE" w:rsidRDefault="1F0FBCFF" w:rsidP="1F0FBCF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1F0FBCFF">
              <w:rPr>
                <w:rFonts w:ascii="Arial" w:eastAsia="Arial" w:hAnsi="Arial" w:cs="Arial"/>
                <w:sz w:val="24"/>
                <w:szCs w:val="24"/>
              </w:rPr>
              <w:t>[preencher]</w:t>
            </w:r>
          </w:p>
        </w:tc>
      </w:tr>
      <w:tr w:rsidR="008911DE" w14:paraId="7D05F41B" w14:textId="77777777" w:rsidTr="1F0FBCFF">
        <w:trPr>
          <w:jc w:val="center"/>
        </w:trPr>
        <w:tc>
          <w:tcPr>
            <w:tcW w:w="3402" w:type="dxa"/>
            <w:vAlign w:val="center"/>
          </w:tcPr>
          <w:p w14:paraId="7EBEC125" w14:textId="77777777" w:rsidR="008911DE" w:rsidRDefault="1F0FBCFF" w:rsidP="1F0FBCFF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1F0FBC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>Endereço</w:t>
            </w:r>
          </w:p>
        </w:tc>
        <w:tc>
          <w:tcPr>
            <w:tcW w:w="5669" w:type="dxa"/>
            <w:vAlign w:val="center"/>
          </w:tcPr>
          <w:p w14:paraId="3656732B" w14:textId="77777777" w:rsidR="008911DE" w:rsidRDefault="1F0FBCFF" w:rsidP="1F0FBCF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1F0FBCFF">
              <w:rPr>
                <w:rFonts w:ascii="Arial" w:eastAsia="Arial" w:hAnsi="Arial" w:cs="Arial"/>
                <w:sz w:val="24"/>
                <w:szCs w:val="24"/>
              </w:rPr>
              <w:t>[preencher]</w:t>
            </w:r>
          </w:p>
        </w:tc>
      </w:tr>
      <w:tr w:rsidR="008911DE" w14:paraId="183A5351" w14:textId="77777777" w:rsidTr="1F0FBCFF">
        <w:trPr>
          <w:jc w:val="center"/>
        </w:trPr>
        <w:tc>
          <w:tcPr>
            <w:tcW w:w="3402" w:type="dxa"/>
            <w:vAlign w:val="center"/>
          </w:tcPr>
          <w:p w14:paraId="6453B8E7" w14:textId="77777777" w:rsidR="008911DE" w:rsidRDefault="1F0FBCFF" w:rsidP="1F0FBCFF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1F0FBC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>E-mail institucional</w:t>
            </w:r>
          </w:p>
        </w:tc>
        <w:tc>
          <w:tcPr>
            <w:tcW w:w="5669" w:type="dxa"/>
            <w:vAlign w:val="center"/>
          </w:tcPr>
          <w:p w14:paraId="45C230D5" w14:textId="77777777" w:rsidR="008911DE" w:rsidRDefault="1F0FBCFF" w:rsidP="1F0FBCF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1F0FBCFF">
              <w:rPr>
                <w:rFonts w:ascii="Arial" w:eastAsia="Arial" w:hAnsi="Arial" w:cs="Arial"/>
                <w:sz w:val="24"/>
                <w:szCs w:val="24"/>
              </w:rPr>
              <w:t>[preencher]</w:t>
            </w:r>
          </w:p>
        </w:tc>
      </w:tr>
      <w:tr w:rsidR="008911DE" w14:paraId="0777A6E5" w14:textId="77777777" w:rsidTr="1F0FBCFF">
        <w:trPr>
          <w:jc w:val="center"/>
        </w:trPr>
        <w:tc>
          <w:tcPr>
            <w:tcW w:w="3402" w:type="dxa"/>
            <w:vAlign w:val="center"/>
          </w:tcPr>
          <w:p w14:paraId="450B881F" w14:textId="77777777" w:rsidR="008911DE" w:rsidRDefault="1F0FBCFF" w:rsidP="1F0FBCFF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1F0FBC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>Telefone</w:t>
            </w:r>
          </w:p>
        </w:tc>
        <w:tc>
          <w:tcPr>
            <w:tcW w:w="5669" w:type="dxa"/>
            <w:vAlign w:val="center"/>
          </w:tcPr>
          <w:p w14:paraId="243CCFF4" w14:textId="77777777" w:rsidR="008911DE" w:rsidRDefault="1F0FBCFF" w:rsidP="1F0FBCF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1F0FBCFF">
              <w:rPr>
                <w:rFonts w:ascii="Arial" w:eastAsia="Arial" w:hAnsi="Arial" w:cs="Arial"/>
                <w:sz w:val="24"/>
                <w:szCs w:val="24"/>
              </w:rPr>
              <w:t>[preencher]</w:t>
            </w:r>
          </w:p>
        </w:tc>
      </w:tr>
    </w:tbl>
    <w:p w14:paraId="0368DC66" w14:textId="77777777" w:rsidR="008911DE" w:rsidRDefault="1F0FBCFF" w:rsidP="1F0FBCFF">
      <w:pPr>
        <w:pStyle w:val="Ttulo1"/>
        <w:rPr>
          <w:rFonts w:ascii="Arial" w:eastAsia="Arial" w:hAnsi="Arial" w:cs="Arial"/>
          <w:color w:val="auto"/>
          <w:sz w:val="24"/>
          <w:szCs w:val="24"/>
        </w:rPr>
      </w:pPr>
      <w:r w:rsidRPr="1F0FBCFF">
        <w:rPr>
          <w:rFonts w:ascii="Arial" w:eastAsia="Arial" w:hAnsi="Arial" w:cs="Arial"/>
          <w:color w:val="auto"/>
          <w:sz w:val="24"/>
          <w:szCs w:val="24"/>
        </w:rPr>
        <w:t>B) Responsáveis para interlocução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44"/>
        <w:gridCol w:w="5527"/>
      </w:tblGrid>
      <w:tr w:rsidR="008911DE" w14:paraId="2ECCD422" w14:textId="77777777" w:rsidTr="00D90FEA">
        <w:trPr>
          <w:jc w:val="center"/>
        </w:trPr>
        <w:tc>
          <w:tcPr>
            <w:tcW w:w="3544" w:type="dxa"/>
            <w:vAlign w:val="center"/>
          </w:tcPr>
          <w:p w14:paraId="3FCB47FA" w14:textId="77777777" w:rsidR="008911DE" w:rsidRDefault="1F0FBCFF" w:rsidP="1F0FBCFF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1F0FBC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>Responsável técnico (pedagógico)</w:t>
            </w:r>
          </w:p>
        </w:tc>
        <w:tc>
          <w:tcPr>
            <w:tcW w:w="5527" w:type="dxa"/>
            <w:vAlign w:val="center"/>
          </w:tcPr>
          <w:p w14:paraId="33B3074D" w14:textId="77777777" w:rsidR="008911DE" w:rsidRDefault="1F0FBCFF" w:rsidP="1F0FBCF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1F0FBCFF">
              <w:rPr>
                <w:rFonts w:ascii="Arial" w:eastAsia="Arial" w:hAnsi="Arial" w:cs="Arial"/>
                <w:sz w:val="24"/>
                <w:szCs w:val="24"/>
              </w:rPr>
              <w:t>Nome: ___</w:t>
            </w:r>
            <w:proofErr w:type="gramStart"/>
            <w:r w:rsidRPr="1F0FBCFF">
              <w:rPr>
                <w:rFonts w:ascii="Arial" w:eastAsia="Arial" w:hAnsi="Arial" w:cs="Arial"/>
                <w:sz w:val="24"/>
                <w:szCs w:val="24"/>
              </w:rPr>
              <w:t>_  |</w:t>
            </w:r>
            <w:proofErr w:type="gramEnd"/>
            <w:r w:rsidRPr="1F0FBCFF">
              <w:rPr>
                <w:rFonts w:ascii="Arial" w:eastAsia="Arial" w:hAnsi="Arial" w:cs="Arial"/>
                <w:sz w:val="24"/>
                <w:szCs w:val="24"/>
              </w:rPr>
              <w:t xml:space="preserve">  Cargo: ___</w:t>
            </w:r>
            <w:proofErr w:type="gramStart"/>
            <w:r w:rsidRPr="1F0FBCFF">
              <w:rPr>
                <w:rFonts w:ascii="Arial" w:eastAsia="Arial" w:hAnsi="Arial" w:cs="Arial"/>
                <w:sz w:val="24"/>
                <w:szCs w:val="24"/>
              </w:rPr>
              <w:t>_  |</w:t>
            </w:r>
            <w:proofErr w:type="gramEnd"/>
            <w:r w:rsidRPr="1F0FBCFF">
              <w:rPr>
                <w:rFonts w:ascii="Arial" w:eastAsia="Arial" w:hAnsi="Arial" w:cs="Arial"/>
                <w:sz w:val="24"/>
                <w:szCs w:val="24"/>
              </w:rPr>
              <w:t xml:space="preserve">  E-mail: ___</w:t>
            </w:r>
            <w:proofErr w:type="gramStart"/>
            <w:r w:rsidRPr="1F0FBCFF">
              <w:rPr>
                <w:rFonts w:ascii="Arial" w:eastAsia="Arial" w:hAnsi="Arial" w:cs="Arial"/>
                <w:sz w:val="24"/>
                <w:szCs w:val="24"/>
              </w:rPr>
              <w:t>_  |</w:t>
            </w:r>
            <w:proofErr w:type="gramEnd"/>
            <w:r w:rsidRPr="1F0FBCFF">
              <w:rPr>
                <w:rFonts w:ascii="Arial" w:eastAsia="Arial" w:hAnsi="Arial" w:cs="Arial"/>
                <w:sz w:val="24"/>
                <w:szCs w:val="24"/>
              </w:rPr>
              <w:t xml:space="preserve">  Telefone: ____</w:t>
            </w:r>
          </w:p>
        </w:tc>
      </w:tr>
      <w:tr w:rsidR="008911DE" w14:paraId="1E27BD8C" w14:textId="77777777" w:rsidTr="00D90FEA">
        <w:trPr>
          <w:jc w:val="center"/>
        </w:trPr>
        <w:tc>
          <w:tcPr>
            <w:tcW w:w="3544" w:type="dxa"/>
            <w:vAlign w:val="center"/>
          </w:tcPr>
          <w:p w14:paraId="1BB01DEB" w14:textId="77777777" w:rsidR="008911DE" w:rsidRDefault="1F0FBCFF" w:rsidP="1F0FBCFF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1F0FBC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>Responsável administrativo/contratações</w:t>
            </w:r>
          </w:p>
        </w:tc>
        <w:tc>
          <w:tcPr>
            <w:tcW w:w="5527" w:type="dxa"/>
            <w:vAlign w:val="center"/>
          </w:tcPr>
          <w:p w14:paraId="29736DBE" w14:textId="77777777" w:rsidR="008911DE" w:rsidRDefault="1F0FBCFF" w:rsidP="1F0FBCF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1F0FBCFF">
              <w:rPr>
                <w:rFonts w:ascii="Arial" w:eastAsia="Arial" w:hAnsi="Arial" w:cs="Arial"/>
                <w:sz w:val="24"/>
                <w:szCs w:val="24"/>
              </w:rPr>
              <w:t>Nome: ___</w:t>
            </w:r>
            <w:proofErr w:type="gramStart"/>
            <w:r w:rsidRPr="1F0FBCFF">
              <w:rPr>
                <w:rFonts w:ascii="Arial" w:eastAsia="Arial" w:hAnsi="Arial" w:cs="Arial"/>
                <w:sz w:val="24"/>
                <w:szCs w:val="24"/>
              </w:rPr>
              <w:t>_  |</w:t>
            </w:r>
            <w:proofErr w:type="gramEnd"/>
            <w:r w:rsidRPr="1F0FBCFF">
              <w:rPr>
                <w:rFonts w:ascii="Arial" w:eastAsia="Arial" w:hAnsi="Arial" w:cs="Arial"/>
                <w:sz w:val="24"/>
                <w:szCs w:val="24"/>
              </w:rPr>
              <w:t xml:space="preserve">  Cargo: ___</w:t>
            </w:r>
            <w:proofErr w:type="gramStart"/>
            <w:r w:rsidRPr="1F0FBCFF">
              <w:rPr>
                <w:rFonts w:ascii="Arial" w:eastAsia="Arial" w:hAnsi="Arial" w:cs="Arial"/>
                <w:sz w:val="24"/>
                <w:szCs w:val="24"/>
              </w:rPr>
              <w:t>_  |</w:t>
            </w:r>
            <w:proofErr w:type="gramEnd"/>
            <w:r w:rsidRPr="1F0FBCFF">
              <w:rPr>
                <w:rFonts w:ascii="Arial" w:eastAsia="Arial" w:hAnsi="Arial" w:cs="Arial"/>
                <w:sz w:val="24"/>
                <w:szCs w:val="24"/>
              </w:rPr>
              <w:t xml:space="preserve">  E-mail: ___</w:t>
            </w:r>
            <w:proofErr w:type="gramStart"/>
            <w:r w:rsidRPr="1F0FBCFF">
              <w:rPr>
                <w:rFonts w:ascii="Arial" w:eastAsia="Arial" w:hAnsi="Arial" w:cs="Arial"/>
                <w:sz w:val="24"/>
                <w:szCs w:val="24"/>
              </w:rPr>
              <w:t>_  |</w:t>
            </w:r>
            <w:proofErr w:type="gramEnd"/>
            <w:r w:rsidRPr="1F0FBCFF">
              <w:rPr>
                <w:rFonts w:ascii="Arial" w:eastAsia="Arial" w:hAnsi="Arial" w:cs="Arial"/>
                <w:sz w:val="24"/>
                <w:szCs w:val="24"/>
              </w:rPr>
              <w:t xml:space="preserve">  Telefone: ____</w:t>
            </w:r>
          </w:p>
        </w:tc>
      </w:tr>
    </w:tbl>
    <w:p w14:paraId="59A090CA" w14:textId="77777777" w:rsidR="008911DE" w:rsidRDefault="1F0FBCFF" w:rsidP="1F0FBCFF">
      <w:pPr>
        <w:pStyle w:val="Ttulo1"/>
        <w:rPr>
          <w:rFonts w:ascii="Arial" w:eastAsia="Arial" w:hAnsi="Arial" w:cs="Arial"/>
          <w:color w:val="auto"/>
          <w:sz w:val="24"/>
          <w:szCs w:val="24"/>
        </w:rPr>
      </w:pPr>
      <w:r w:rsidRPr="1F0FBCFF">
        <w:rPr>
          <w:rFonts w:ascii="Arial" w:eastAsia="Arial" w:hAnsi="Arial" w:cs="Arial"/>
          <w:color w:val="auto"/>
          <w:sz w:val="24"/>
          <w:szCs w:val="24"/>
        </w:rPr>
        <w:t>C) Declarações</w:t>
      </w:r>
    </w:p>
    <w:p w14:paraId="4D8DC91C" w14:textId="77777777" w:rsidR="008911DE" w:rsidRDefault="1F0FBCFF" w:rsidP="00D90FEA">
      <w:pPr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proofErr w:type="gramStart"/>
      <w:r w:rsidRPr="1F0FBCFF">
        <w:rPr>
          <w:rFonts w:ascii="Arial" w:eastAsia="Arial" w:hAnsi="Arial" w:cs="Arial"/>
          <w:sz w:val="24"/>
          <w:szCs w:val="24"/>
        </w:rPr>
        <w:t>[ ]</w:t>
      </w:r>
      <w:proofErr w:type="gramEnd"/>
      <w:r w:rsidRPr="1F0FBCFF">
        <w:rPr>
          <w:rFonts w:ascii="Arial" w:eastAsia="Arial" w:hAnsi="Arial" w:cs="Arial"/>
          <w:sz w:val="24"/>
          <w:szCs w:val="24"/>
        </w:rPr>
        <w:t xml:space="preserve"> Declaro que o órgão/entidade acima identificado tem interesse em participar do futuro Sistema de Registro de Preços (SRP) como ÓRGÃO PARTICIPANTE, para o objeto descrito no Aviso de IRP.</w:t>
      </w:r>
    </w:p>
    <w:p w14:paraId="06FA9ACD" w14:textId="77777777" w:rsidR="008911DE" w:rsidRDefault="1F0FBCFF" w:rsidP="00D90FEA">
      <w:pPr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proofErr w:type="gramStart"/>
      <w:r w:rsidRPr="1F0FBCFF">
        <w:rPr>
          <w:rFonts w:ascii="Arial" w:eastAsia="Arial" w:hAnsi="Arial" w:cs="Arial"/>
          <w:sz w:val="24"/>
          <w:szCs w:val="24"/>
        </w:rPr>
        <w:lastRenderedPageBreak/>
        <w:t>[ ]</w:t>
      </w:r>
      <w:proofErr w:type="gramEnd"/>
      <w:r w:rsidRPr="1F0FBCFF">
        <w:rPr>
          <w:rFonts w:ascii="Arial" w:eastAsia="Arial" w:hAnsi="Arial" w:cs="Arial"/>
          <w:sz w:val="24"/>
          <w:szCs w:val="24"/>
        </w:rPr>
        <w:t xml:space="preserve"> Declaro que as quantidades informadas na Planilha (Anexo II) são estimativas baseadas em dados internos e planejamento institucional, e que podem ser revisadas justificadamente durante </w:t>
      </w:r>
      <w:proofErr w:type="gramStart"/>
      <w:r w:rsidRPr="1F0FBCFF">
        <w:rPr>
          <w:rFonts w:ascii="Arial" w:eastAsia="Arial" w:hAnsi="Arial" w:cs="Arial"/>
          <w:sz w:val="24"/>
          <w:szCs w:val="24"/>
        </w:rPr>
        <w:t>a</w:t>
      </w:r>
      <w:proofErr w:type="gramEnd"/>
      <w:r w:rsidRPr="1F0FBCFF">
        <w:rPr>
          <w:rFonts w:ascii="Arial" w:eastAsia="Arial" w:hAnsi="Arial" w:cs="Arial"/>
          <w:sz w:val="24"/>
          <w:szCs w:val="24"/>
        </w:rPr>
        <w:t xml:space="preserve"> instrução do processo.</w:t>
      </w:r>
    </w:p>
    <w:p w14:paraId="310B5837" w14:textId="77777777" w:rsidR="008911DE" w:rsidRDefault="1F0FBCFF" w:rsidP="00D90FEA">
      <w:pPr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proofErr w:type="gramStart"/>
      <w:r w:rsidRPr="1F0FBCFF">
        <w:rPr>
          <w:rFonts w:ascii="Arial" w:eastAsia="Arial" w:hAnsi="Arial" w:cs="Arial"/>
          <w:sz w:val="24"/>
          <w:szCs w:val="24"/>
        </w:rPr>
        <w:t>[ ]</w:t>
      </w:r>
      <w:proofErr w:type="gramEnd"/>
      <w:r w:rsidRPr="1F0FBCFF">
        <w:rPr>
          <w:rFonts w:ascii="Arial" w:eastAsia="Arial" w:hAnsi="Arial" w:cs="Arial"/>
          <w:sz w:val="24"/>
          <w:szCs w:val="24"/>
        </w:rPr>
        <w:t xml:space="preserve"> Declaro ciência de que a participação na IRP não gera direito adquirido à contratação e não obriga o órgão gerenciador/SEDUC/AM à efetiva realização do procedimento.</w:t>
      </w:r>
    </w:p>
    <w:p w14:paraId="5E80C16D" w14:textId="77777777" w:rsidR="008911DE" w:rsidRDefault="1F0FBCFF" w:rsidP="00D90FEA">
      <w:pPr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proofErr w:type="gramStart"/>
      <w:r w:rsidRPr="1F0FBCFF">
        <w:rPr>
          <w:rFonts w:ascii="Arial" w:eastAsia="Arial" w:hAnsi="Arial" w:cs="Arial"/>
          <w:sz w:val="24"/>
          <w:szCs w:val="24"/>
        </w:rPr>
        <w:t>[ ]</w:t>
      </w:r>
      <w:proofErr w:type="gramEnd"/>
      <w:r w:rsidRPr="1F0FBCFF">
        <w:rPr>
          <w:rFonts w:ascii="Arial" w:eastAsia="Arial" w:hAnsi="Arial" w:cs="Arial"/>
          <w:sz w:val="24"/>
          <w:szCs w:val="24"/>
        </w:rPr>
        <w:t xml:space="preserve"> Comprometo-me </w:t>
      </w:r>
      <w:proofErr w:type="gramStart"/>
      <w:r w:rsidRPr="1F0FBCFF">
        <w:rPr>
          <w:rFonts w:ascii="Arial" w:eastAsia="Arial" w:hAnsi="Arial" w:cs="Arial"/>
          <w:sz w:val="24"/>
          <w:szCs w:val="24"/>
        </w:rPr>
        <w:t>a</w:t>
      </w:r>
      <w:proofErr w:type="gramEnd"/>
      <w:r w:rsidRPr="1F0FBCFF">
        <w:rPr>
          <w:rFonts w:ascii="Arial" w:eastAsia="Arial" w:hAnsi="Arial" w:cs="Arial"/>
          <w:sz w:val="24"/>
          <w:szCs w:val="24"/>
        </w:rPr>
        <w:t xml:space="preserve"> acompanhar o processo, responder diligências e, caso aceita a participação, observar as condições do edital/TR, da Ata de Registro de Preços e dos contratos/ordens de fornecimento que venham a ser celebrados.</w:t>
      </w:r>
    </w:p>
    <w:p w14:paraId="3FC91204" w14:textId="77777777" w:rsidR="008911DE" w:rsidRDefault="1F0FBCFF" w:rsidP="00D90FEA">
      <w:pPr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proofErr w:type="gramStart"/>
      <w:r w:rsidRPr="1F0FBCFF">
        <w:rPr>
          <w:rFonts w:ascii="Arial" w:eastAsia="Arial" w:hAnsi="Arial" w:cs="Arial"/>
          <w:sz w:val="24"/>
          <w:szCs w:val="24"/>
        </w:rPr>
        <w:t>[ ]</w:t>
      </w:r>
      <w:proofErr w:type="gramEnd"/>
      <w:r w:rsidRPr="1F0FBCFF">
        <w:rPr>
          <w:rFonts w:ascii="Arial" w:eastAsia="Arial" w:hAnsi="Arial" w:cs="Arial"/>
          <w:sz w:val="24"/>
          <w:szCs w:val="24"/>
        </w:rPr>
        <w:t xml:space="preserve"> Declaro que o órgão/entidade possui condições de receber os materiais/serviços e providenciará as medidas administrativas e orçamentárias necessárias no momento oportuno, conforme sua legislação e planejamento.</w:t>
      </w:r>
    </w:p>
    <w:p w14:paraId="266878E0" w14:textId="77777777" w:rsidR="008911DE" w:rsidRDefault="1F0FBCFF" w:rsidP="1F0FBCFF">
      <w:pPr>
        <w:pStyle w:val="Ttulo1"/>
        <w:rPr>
          <w:rFonts w:ascii="Arial" w:eastAsia="Arial" w:hAnsi="Arial" w:cs="Arial"/>
          <w:color w:val="auto"/>
          <w:sz w:val="24"/>
          <w:szCs w:val="24"/>
        </w:rPr>
      </w:pPr>
      <w:r w:rsidRPr="1F0FBCFF">
        <w:rPr>
          <w:rFonts w:ascii="Arial" w:eastAsia="Arial" w:hAnsi="Arial" w:cs="Arial"/>
          <w:color w:val="auto"/>
          <w:sz w:val="24"/>
          <w:szCs w:val="24"/>
        </w:rPr>
        <w:t>D) Resumo da demanda (opcional - se aplicável)</w:t>
      </w:r>
    </w:p>
    <w:p w14:paraId="21678BF1" w14:textId="77777777" w:rsidR="008911DE" w:rsidRDefault="1F0FBCFF" w:rsidP="00D90FEA">
      <w:pPr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1F0FBCFF">
        <w:rPr>
          <w:rFonts w:ascii="Arial" w:eastAsia="Arial" w:hAnsi="Arial" w:cs="Arial"/>
          <w:sz w:val="24"/>
          <w:szCs w:val="24"/>
        </w:rPr>
        <w:t>Informe, se possível, um resumo (os detalhamentos devem constar na Planilha - Anexo II).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03"/>
        <w:gridCol w:w="5102"/>
      </w:tblGrid>
      <w:tr w:rsidR="008911DE" w14:paraId="039DBBDB" w14:textId="77777777" w:rsidTr="1F0FBCFF">
        <w:trPr>
          <w:jc w:val="center"/>
        </w:trPr>
        <w:tc>
          <w:tcPr>
            <w:tcW w:w="3969" w:type="dxa"/>
          </w:tcPr>
          <w:p w14:paraId="602E67DE" w14:textId="77777777" w:rsidR="008911DE" w:rsidRDefault="1F0FBCFF" w:rsidP="1F0FBCFF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1F0FBC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>Indicador</w:t>
            </w:r>
          </w:p>
        </w:tc>
        <w:tc>
          <w:tcPr>
            <w:tcW w:w="5102" w:type="dxa"/>
          </w:tcPr>
          <w:p w14:paraId="27B1868B" w14:textId="77777777" w:rsidR="008911DE" w:rsidRDefault="1F0FBCFF" w:rsidP="1F0FBCFF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1F0FBC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>Quantidade estimada</w:t>
            </w:r>
          </w:p>
        </w:tc>
      </w:tr>
      <w:tr w:rsidR="008911DE" w14:paraId="5D0C89FD" w14:textId="77777777" w:rsidTr="1F0FBCFF">
        <w:trPr>
          <w:jc w:val="center"/>
        </w:trPr>
        <w:tc>
          <w:tcPr>
            <w:tcW w:w="4703" w:type="dxa"/>
          </w:tcPr>
          <w:p w14:paraId="05AEBAF0" w14:textId="77777777" w:rsidR="008911DE" w:rsidRDefault="1F0FBCFF" w:rsidP="1F0FBCF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1F0FBCFF">
              <w:rPr>
                <w:rFonts w:ascii="Arial" w:eastAsia="Arial" w:hAnsi="Arial" w:cs="Arial"/>
                <w:sz w:val="24"/>
                <w:szCs w:val="24"/>
              </w:rPr>
              <w:t>Total de estudantes (EF)</w:t>
            </w:r>
          </w:p>
        </w:tc>
        <w:tc>
          <w:tcPr>
            <w:tcW w:w="4703" w:type="dxa"/>
          </w:tcPr>
          <w:p w14:paraId="7A346C42" w14:textId="77777777" w:rsidR="008911DE" w:rsidRDefault="1F0FBCFF" w:rsidP="1F0FBCF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1F0FBCFF">
              <w:rPr>
                <w:rFonts w:ascii="Arial" w:eastAsia="Arial" w:hAnsi="Arial" w:cs="Arial"/>
                <w:sz w:val="24"/>
                <w:szCs w:val="24"/>
              </w:rPr>
              <w:t>[preencher]</w:t>
            </w:r>
          </w:p>
        </w:tc>
      </w:tr>
      <w:tr w:rsidR="008911DE" w14:paraId="2AA8BB29" w14:textId="77777777" w:rsidTr="1F0FBCFF">
        <w:trPr>
          <w:jc w:val="center"/>
        </w:trPr>
        <w:tc>
          <w:tcPr>
            <w:tcW w:w="4703" w:type="dxa"/>
          </w:tcPr>
          <w:p w14:paraId="0578CA14" w14:textId="77777777" w:rsidR="008911DE" w:rsidRDefault="1F0FBCFF" w:rsidP="1F0FBCF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1F0FBCFF">
              <w:rPr>
                <w:rFonts w:ascii="Arial" w:eastAsia="Arial" w:hAnsi="Arial" w:cs="Arial"/>
                <w:sz w:val="24"/>
                <w:szCs w:val="24"/>
              </w:rPr>
              <w:t>Total de estudantes (EM)</w:t>
            </w:r>
          </w:p>
        </w:tc>
        <w:tc>
          <w:tcPr>
            <w:tcW w:w="4703" w:type="dxa"/>
          </w:tcPr>
          <w:p w14:paraId="297B8245" w14:textId="77777777" w:rsidR="008911DE" w:rsidRDefault="1F0FBCFF" w:rsidP="1F0FBCF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1F0FBCFF">
              <w:rPr>
                <w:rFonts w:ascii="Arial" w:eastAsia="Arial" w:hAnsi="Arial" w:cs="Arial"/>
                <w:sz w:val="24"/>
                <w:szCs w:val="24"/>
              </w:rPr>
              <w:t>[preencher]</w:t>
            </w:r>
          </w:p>
        </w:tc>
      </w:tr>
      <w:tr w:rsidR="008911DE" w14:paraId="491B5450" w14:textId="77777777" w:rsidTr="1F0FBCFF">
        <w:trPr>
          <w:jc w:val="center"/>
        </w:trPr>
        <w:tc>
          <w:tcPr>
            <w:tcW w:w="4703" w:type="dxa"/>
          </w:tcPr>
          <w:p w14:paraId="2670B213" w14:textId="77777777" w:rsidR="008911DE" w:rsidRDefault="1F0FBCFF" w:rsidP="1F0FBCF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1F0FBCFF">
              <w:rPr>
                <w:rFonts w:ascii="Arial" w:eastAsia="Arial" w:hAnsi="Arial" w:cs="Arial"/>
                <w:sz w:val="24"/>
                <w:szCs w:val="24"/>
              </w:rPr>
              <w:t>Total de docentes envolvidos</w:t>
            </w:r>
          </w:p>
        </w:tc>
        <w:tc>
          <w:tcPr>
            <w:tcW w:w="4703" w:type="dxa"/>
          </w:tcPr>
          <w:p w14:paraId="38FE3792" w14:textId="77777777" w:rsidR="008911DE" w:rsidRDefault="1F0FBCFF" w:rsidP="1F0FBCF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1F0FBCFF">
              <w:rPr>
                <w:rFonts w:ascii="Arial" w:eastAsia="Arial" w:hAnsi="Arial" w:cs="Arial"/>
                <w:sz w:val="24"/>
                <w:szCs w:val="24"/>
              </w:rPr>
              <w:t>[preencher]</w:t>
            </w:r>
          </w:p>
        </w:tc>
      </w:tr>
    </w:tbl>
    <w:p w14:paraId="03E14043" w14:textId="77777777" w:rsidR="008911DE" w:rsidRDefault="1F0FBCFF" w:rsidP="1F0FBCFF">
      <w:pPr>
        <w:pStyle w:val="Ttulo1"/>
        <w:rPr>
          <w:rFonts w:ascii="Arial" w:eastAsia="Arial" w:hAnsi="Arial" w:cs="Arial"/>
          <w:color w:val="auto"/>
          <w:sz w:val="24"/>
          <w:szCs w:val="24"/>
        </w:rPr>
      </w:pPr>
      <w:r w:rsidRPr="1F0FBCFF">
        <w:rPr>
          <w:rFonts w:ascii="Arial" w:eastAsia="Arial" w:hAnsi="Arial" w:cs="Arial"/>
          <w:color w:val="auto"/>
          <w:sz w:val="24"/>
          <w:szCs w:val="24"/>
        </w:rPr>
        <w:t>E) Lista de anexos encaminhados</w:t>
      </w:r>
    </w:p>
    <w:p w14:paraId="3D3D4FDC" w14:textId="77777777" w:rsidR="008911DE" w:rsidRDefault="1F0FBCFF" w:rsidP="1F0FBCFF">
      <w:pPr>
        <w:pStyle w:val="Commarcadores"/>
        <w:spacing w:after="40"/>
        <w:rPr>
          <w:rFonts w:ascii="Arial" w:eastAsia="Arial" w:hAnsi="Arial" w:cs="Arial"/>
          <w:sz w:val="24"/>
          <w:szCs w:val="24"/>
        </w:rPr>
      </w:pPr>
      <w:proofErr w:type="gramStart"/>
      <w:r w:rsidRPr="1F0FBCFF">
        <w:rPr>
          <w:rFonts w:ascii="Arial" w:eastAsia="Arial" w:hAnsi="Arial" w:cs="Arial"/>
          <w:sz w:val="24"/>
          <w:szCs w:val="24"/>
        </w:rPr>
        <w:t>[ ]</w:t>
      </w:r>
      <w:proofErr w:type="gramEnd"/>
      <w:r w:rsidRPr="1F0FBCFF">
        <w:rPr>
          <w:rFonts w:ascii="Arial" w:eastAsia="Arial" w:hAnsi="Arial" w:cs="Arial"/>
          <w:sz w:val="24"/>
          <w:szCs w:val="24"/>
        </w:rPr>
        <w:t xml:space="preserve"> Ofício de manifestação de interesse (assinado).</w:t>
      </w:r>
    </w:p>
    <w:p w14:paraId="19F9C381" w14:textId="77777777" w:rsidR="008911DE" w:rsidRDefault="1F0FBCFF" w:rsidP="1F0FBCFF">
      <w:pPr>
        <w:pStyle w:val="Commarcadores"/>
        <w:spacing w:after="40"/>
        <w:rPr>
          <w:rFonts w:ascii="Arial" w:eastAsia="Arial" w:hAnsi="Arial" w:cs="Arial"/>
          <w:sz w:val="24"/>
          <w:szCs w:val="24"/>
        </w:rPr>
      </w:pPr>
      <w:proofErr w:type="gramStart"/>
      <w:r w:rsidRPr="1F0FBCFF">
        <w:rPr>
          <w:rFonts w:ascii="Arial" w:eastAsia="Arial" w:hAnsi="Arial" w:cs="Arial"/>
          <w:sz w:val="24"/>
          <w:szCs w:val="24"/>
        </w:rPr>
        <w:t>[ ]</w:t>
      </w:r>
      <w:proofErr w:type="gramEnd"/>
      <w:r w:rsidRPr="1F0FBCFF">
        <w:rPr>
          <w:rFonts w:ascii="Arial" w:eastAsia="Arial" w:hAnsi="Arial" w:cs="Arial"/>
          <w:sz w:val="24"/>
          <w:szCs w:val="24"/>
        </w:rPr>
        <w:t xml:space="preserve"> Planilha de Quantidades (Anexo II) em formato .xlsx.</w:t>
      </w:r>
    </w:p>
    <w:p w14:paraId="032C2BF1" w14:textId="77777777" w:rsidR="008911DE" w:rsidRDefault="1F0FBCFF" w:rsidP="1F0FBCFF">
      <w:pPr>
        <w:pStyle w:val="Commarcadores"/>
        <w:spacing w:after="40"/>
        <w:rPr>
          <w:rFonts w:ascii="Arial" w:eastAsia="Arial" w:hAnsi="Arial" w:cs="Arial"/>
          <w:sz w:val="24"/>
          <w:szCs w:val="24"/>
        </w:rPr>
      </w:pPr>
      <w:proofErr w:type="gramStart"/>
      <w:r w:rsidRPr="1F0FBCFF">
        <w:rPr>
          <w:rFonts w:ascii="Arial" w:eastAsia="Arial" w:hAnsi="Arial" w:cs="Arial"/>
          <w:sz w:val="24"/>
          <w:szCs w:val="24"/>
        </w:rPr>
        <w:t>[ ]</w:t>
      </w:r>
      <w:proofErr w:type="gramEnd"/>
      <w:r w:rsidRPr="1F0FBCFF">
        <w:rPr>
          <w:rFonts w:ascii="Arial" w:eastAsia="Arial" w:hAnsi="Arial" w:cs="Arial"/>
          <w:sz w:val="24"/>
          <w:szCs w:val="24"/>
        </w:rPr>
        <w:t xml:space="preserve"> Ato/Documento de aprovação interna (quando aplicável).</w:t>
      </w:r>
    </w:p>
    <w:p w14:paraId="24E05873" w14:textId="77777777" w:rsidR="008911DE" w:rsidRDefault="1F0FBCFF" w:rsidP="1F0FBCFF">
      <w:pPr>
        <w:pStyle w:val="Commarcadores"/>
        <w:spacing w:after="40"/>
        <w:rPr>
          <w:rFonts w:ascii="Arial" w:eastAsia="Arial" w:hAnsi="Arial" w:cs="Arial"/>
          <w:sz w:val="24"/>
          <w:szCs w:val="24"/>
        </w:rPr>
      </w:pPr>
      <w:proofErr w:type="gramStart"/>
      <w:r w:rsidRPr="1F0FBCFF">
        <w:rPr>
          <w:rFonts w:ascii="Arial" w:eastAsia="Arial" w:hAnsi="Arial" w:cs="Arial"/>
          <w:sz w:val="24"/>
          <w:szCs w:val="24"/>
        </w:rPr>
        <w:t>[ ]</w:t>
      </w:r>
      <w:proofErr w:type="gramEnd"/>
      <w:r w:rsidRPr="1F0FBCFF">
        <w:rPr>
          <w:rFonts w:ascii="Arial" w:eastAsia="Arial" w:hAnsi="Arial" w:cs="Arial"/>
          <w:sz w:val="24"/>
          <w:szCs w:val="24"/>
        </w:rPr>
        <w:t xml:space="preserve"> Outros: ________________________________</w:t>
      </w:r>
    </w:p>
    <w:p w14:paraId="07AAB80A" w14:textId="77777777" w:rsidR="00D90FEA" w:rsidRDefault="00000000" w:rsidP="1F0FBCFF">
      <w:pPr>
        <w:spacing w:after="120" w:line="240" w:lineRule="auto"/>
        <w:rPr>
          <w:rFonts w:ascii="Arial" w:eastAsia="Arial" w:hAnsi="Arial" w:cs="Arial"/>
          <w:b/>
          <w:bCs/>
          <w:sz w:val="24"/>
          <w:szCs w:val="24"/>
        </w:rPr>
      </w:pPr>
      <w:r>
        <w:br/>
      </w:r>
    </w:p>
    <w:p w14:paraId="5DB938E4" w14:textId="10181A04" w:rsidR="008911DE" w:rsidRDefault="1F0FBCFF" w:rsidP="1F0FBCFF">
      <w:pPr>
        <w:spacing w:after="120" w:line="240" w:lineRule="auto"/>
        <w:rPr>
          <w:rFonts w:ascii="Arial" w:eastAsia="Arial" w:hAnsi="Arial" w:cs="Arial"/>
          <w:b/>
          <w:bCs/>
          <w:sz w:val="24"/>
          <w:szCs w:val="24"/>
        </w:rPr>
      </w:pPr>
      <w:r w:rsidRPr="1F0FBCFF">
        <w:rPr>
          <w:rFonts w:ascii="Arial" w:eastAsia="Arial" w:hAnsi="Arial" w:cs="Arial"/>
          <w:b/>
          <w:bCs/>
          <w:sz w:val="24"/>
          <w:szCs w:val="24"/>
        </w:rPr>
        <w:t>Local e data: ________________________________</w:t>
      </w:r>
    </w:p>
    <w:p w14:paraId="621E1DCC" w14:textId="77777777" w:rsidR="00D90FEA" w:rsidRDefault="00D90FEA" w:rsidP="1F0FBCFF">
      <w:pPr>
        <w:spacing w:after="12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2DAF31BB" w14:textId="77777777" w:rsidR="00D90FEA" w:rsidRDefault="00D90FEA" w:rsidP="1F0FBCFF">
      <w:pPr>
        <w:spacing w:after="12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4AE42720" w14:textId="744B841C" w:rsidR="00D90FEA" w:rsidRDefault="1F0FBCFF" w:rsidP="00D90FEA">
      <w:pPr>
        <w:spacing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1F0FBCFF">
        <w:rPr>
          <w:rFonts w:ascii="Arial" w:eastAsia="Arial" w:hAnsi="Arial" w:cs="Arial"/>
          <w:sz w:val="24"/>
          <w:szCs w:val="24"/>
        </w:rPr>
        <w:t>______________________________________________</w:t>
      </w:r>
    </w:p>
    <w:p w14:paraId="3905DF43" w14:textId="77777777" w:rsidR="008911DE" w:rsidRDefault="1F0FBCFF" w:rsidP="1F0FBCFF">
      <w:pPr>
        <w:spacing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1F0FBCFF">
        <w:rPr>
          <w:rFonts w:ascii="Arial" w:eastAsia="Arial" w:hAnsi="Arial" w:cs="Arial"/>
          <w:sz w:val="24"/>
          <w:szCs w:val="24"/>
        </w:rPr>
        <w:t>Assinatura da autoridade competente</w:t>
      </w:r>
    </w:p>
    <w:p w14:paraId="0530EDD2" w14:textId="77777777" w:rsidR="008911DE" w:rsidRDefault="1F0FBCFF" w:rsidP="1F0FBCFF">
      <w:pPr>
        <w:spacing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1F0FBCFF">
        <w:rPr>
          <w:rFonts w:ascii="Arial" w:eastAsia="Arial" w:hAnsi="Arial" w:cs="Arial"/>
          <w:sz w:val="24"/>
          <w:szCs w:val="24"/>
        </w:rPr>
        <w:t>Nome: __________________</w:t>
      </w:r>
      <w:proofErr w:type="gramStart"/>
      <w:r w:rsidRPr="1F0FBCFF">
        <w:rPr>
          <w:rFonts w:ascii="Arial" w:eastAsia="Arial" w:hAnsi="Arial" w:cs="Arial"/>
          <w:sz w:val="24"/>
          <w:szCs w:val="24"/>
        </w:rPr>
        <w:t>_  |</w:t>
      </w:r>
      <w:proofErr w:type="gramEnd"/>
      <w:r w:rsidRPr="1F0FBCFF">
        <w:rPr>
          <w:rFonts w:ascii="Arial" w:eastAsia="Arial" w:hAnsi="Arial" w:cs="Arial"/>
          <w:sz w:val="24"/>
          <w:szCs w:val="24"/>
        </w:rPr>
        <w:t xml:space="preserve">  Cargo: ___________________</w:t>
      </w:r>
    </w:p>
    <w:sectPr w:rsidR="008911DE" w:rsidSect="00034616">
      <w:headerReference w:type="default" r:id="rId8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BE6D9" w14:textId="77777777" w:rsidR="007079AD" w:rsidRDefault="007079AD" w:rsidP="00B06511">
      <w:pPr>
        <w:spacing w:after="0" w:line="240" w:lineRule="auto"/>
      </w:pPr>
      <w:r>
        <w:separator/>
      </w:r>
    </w:p>
  </w:endnote>
  <w:endnote w:type="continuationSeparator" w:id="0">
    <w:p w14:paraId="3E3A0461" w14:textId="77777777" w:rsidR="007079AD" w:rsidRDefault="007079AD" w:rsidP="00B06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5A275" w14:textId="77777777" w:rsidR="007079AD" w:rsidRDefault="007079AD" w:rsidP="00B06511">
      <w:pPr>
        <w:spacing w:after="0" w:line="240" w:lineRule="auto"/>
      </w:pPr>
      <w:r>
        <w:separator/>
      </w:r>
    </w:p>
  </w:footnote>
  <w:footnote w:type="continuationSeparator" w:id="0">
    <w:p w14:paraId="313D23A1" w14:textId="77777777" w:rsidR="007079AD" w:rsidRDefault="007079AD" w:rsidP="00B065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48D24" w14:textId="68727F2F" w:rsidR="00B06511" w:rsidRDefault="00B06511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2336" behindDoc="1" locked="0" layoutInCell="1" allowOverlap="1" wp14:anchorId="241D5F5D" wp14:editId="7D0C2AA9">
          <wp:simplePos x="0" y="0"/>
          <wp:positionH relativeFrom="page">
            <wp:posOffset>6299673</wp:posOffset>
          </wp:positionH>
          <wp:positionV relativeFrom="paragraph">
            <wp:posOffset>-457200</wp:posOffset>
          </wp:positionV>
          <wp:extent cx="1456055" cy="930910"/>
          <wp:effectExtent l="0" t="0" r="0" b="2540"/>
          <wp:wrapNone/>
          <wp:docPr id="1480573419" name="Imagem 14805734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m 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203" b="90151"/>
                  <a:stretch/>
                </pic:blipFill>
                <pic:spPr bwMode="auto">
                  <a:xfrm>
                    <a:off x="0" y="0"/>
                    <a:ext cx="1456055" cy="9309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857A724" wp14:editId="0B862E21">
          <wp:simplePos x="0" y="0"/>
          <wp:positionH relativeFrom="page">
            <wp:posOffset>458470</wp:posOffset>
          </wp:positionH>
          <wp:positionV relativeFrom="paragraph">
            <wp:posOffset>-559273</wp:posOffset>
          </wp:positionV>
          <wp:extent cx="1640205" cy="771525"/>
          <wp:effectExtent l="0" t="0" r="0" b="9525"/>
          <wp:wrapNone/>
          <wp:docPr id="1838961791" name="Imagem 18389617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m 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67" t="-1272" r="74914" b="93737"/>
                  <a:stretch/>
                </pic:blipFill>
                <pic:spPr bwMode="auto">
                  <a:xfrm>
                    <a:off x="0" y="0"/>
                    <a:ext cx="1640205" cy="771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77FB4AA9" wp14:editId="55EF1F40">
          <wp:simplePos x="0" y="0"/>
          <wp:positionH relativeFrom="margin">
            <wp:posOffset>2044050</wp:posOffset>
          </wp:positionH>
          <wp:positionV relativeFrom="paragraph">
            <wp:posOffset>-304165</wp:posOffset>
          </wp:positionV>
          <wp:extent cx="1883410" cy="742950"/>
          <wp:effectExtent l="0" t="0" r="2540" b="0"/>
          <wp:wrapNone/>
          <wp:docPr id="48539920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5279184" name="Imagem 71527918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3410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52237491">
    <w:abstractNumId w:val="8"/>
  </w:num>
  <w:num w:numId="2" w16cid:durableId="409817937">
    <w:abstractNumId w:val="6"/>
  </w:num>
  <w:num w:numId="3" w16cid:durableId="686906793">
    <w:abstractNumId w:val="5"/>
  </w:num>
  <w:num w:numId="4" w16cid:durableId="1593052606">
    <w:abstractNumId w:val="4"/>
  </w:num>
  <w:num w:numId="5" w16cid:durableId="656105537">
    <w:abstractNumId w:val="7"/>
  </w:num>
  <w:num w:numId="6" w16cid:durableId="2088451315">
    <w:abstractNumId w:val="3"/>
  </w:num>
  <w:num w:numId="7" w16cid:durableId="1574659373">
    <w:abstractNumId w:val="2"/>
  </w:num>
  <w:num w:numId="8" w16cid:durableId="75713307">
    <w:abstractNumId w:val="1"/>
  </w:num>
  <w:num w:numId="9" w16cid:durableId="716011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3F3C"/>
    <w:rsid w:val="0006063C"/>
    <w:rsid w:val="0006227F"/>
    <w:rsid w:val="0015074B"/>
    <w:rsid w:val="001E4CA6"/>
    <w:rsid w:val="00293C77"/>
    <w:rsid w:val="0029639D"/>
    <w:rsid w:val="00326F90"/>
    <w:rsid w:val="005F60F2"/>
    <w:rsid w:val="006C5951"/>
    <w:rsid w:val="007079AD"/>
    <w:rsid w:val="008911DE"/>
    <w:rsid w:val="009B38AE"/>
    <w:rsid w:val="00AA1D8D"/>
    <w:rsid w:val="00B06511"/>
    <w:rsid w:val="00B47730"/>
    <w:rsid w:val="00C716E6"/>
    <w:rsid w:val="00CB0664"/>
    <w:rsid w:val="00D90FEA"/>
    <w:rsid w:val="00FC693F"/>
    <w:rsid w:val="1F0FBCFF"/>
    <w:rsid w:val="79879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062061"/>
  <w14:defaultImageDpi w14:val="300"/>
  <w15:docId w15:val="{2B1CC7E0-2D5F-4542-AA49-D0E3B6810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429</Words>
  <Characters>2321</Characters>
  <Application>Microsoft Office Word</Application>
  <DocSecurity>0</DocSecurity>
  <Lines>19</Lines>
  <Paragraphs>5</Paragraphs>
  <ScaleCrop>false</ScaleCrop>
  <Manager/>
  <Company/>
  <LinksUpToDate>false</LinksUpToDate>
  <CharactersWithSpaces>2745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Helen Sinara</cp:lastModifiedBy>
  <cp:revision>7</cp:revision>
  <dcterms:created xsi:type="dcterms:W3CDTF">2026-01-02T16:16:00Z</dcterms:created>
  <dcterms:modified xsi:type="dcterms:W3CDTF">2026-01-02T17:07:00Z</dcterms:modified>
  <cp:category/>
</cp:coreProperties>
</file>